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1A" w:rsidRPr="00A96B08" w:rsidRDefault="00A96B08" w:rsidP="00A96B0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2B011A" w:rsidRPr="00A96B08" w:rsidRDefault="00A96B08" w:rsidP="00A96B08">
      <w:pPr>
        <w:spacing w:after="0"/>
        <w:jc w:val="right"/>
        <w:rPr>
          <w:sz w:val="28"/>
          <w:szCs w:val="28"/>
        </w:rPr>
      </w:pPr>
      <w:proofErr w:type="gramStart"/>
      <w:r w:rsidRPr="00A96B08">
        <w:rPr>
          <w:sz w:val="28"/>
          <w:szCs w:val="28"/>
        </w:rPr>
        <w:t>до</w:t>
      </w:r>
      <w:proofErr w:type="gramEnd"/>
      <w:r w:rsidRPr="00A96B08">
        <w:rPr>
          <w:sz w:val="28"/>
          <w:szCs w:val="28"/>
        </w:rPr>
        <w:t xml:space="preserve"> рішення міської ради</w:t>
      </w:r>
      <w:r w:rsidRPr="00A96B08">
        <w:rPr>
          <w:sz w:val="28"/>
          <w:szCs w:val="28"/>
        </w:rPr>
        <w:br/>
        <w:t>_______________№_______</w:t>
      </w:r>
    </w:p>
    <w:p w:rsidR="00A96B08" w:rsidRDefault="00A96B08">
      <w:pPr>
        <w:spacing w:after="0"/>
        <w:jc w:val="center"/>
        <w:rPr>
          <w:b/>
        </w:rPr>
      </w:pPr>
    </w:p>
    <w:p w:rsidR="002B011A" w:rsidRDefault="00A96B08">
      <w:pPr>
        <w:spacing w:after="0"/>
        <w:jc w:val="center"/>
      </w:pPr>
      <w:r>
        <w:rPr>
          <w:b/>
        </w:rPr>
        <w:t>ПЕРСОНАЛЬНИЙ СКЛАД</w:t>
      </w:r>
      <w:r>
        <w:rPr>
          <w:b/>
        </w:rPr>
        <w:br/>
        <w:t>ТИМЧАСОВОЇ КОНТРОЛЬНОЇ КОМІСІЇ МІСЬКОЇ РАДИ З</w:t>
      </w:r>
      <w:r>
        <w:rPr>
          <w:b/>
        </w:rPr>
        <w:br/>
        <w:t>ВИВЧЕННЯ ТА ОЦІНКИ ПРОГРАМИ ОПТИМІЗАЦІЇ</w:t>
      </w:r>
      <w:r>
        <w:rPr>
          <w:b/>
        </w:rPr>
        <w:br/>
        <w:t>КОМУНАЛЬНИХ ПІДПРИЄМСТВ ЛУЦЬКОЇ МІСЬКОЇ РАДИ</w:t>
      </w:r>
    </w:p>
    <w:p w:rsidR="00A96B08" w:rsidRDefault="00A96B08">
      <w:pPr>
        <w:rPr>
          <w:b/>
        </w:rPr>
      </w:pPr>
    </w:p>
    <w:p w:rsidR="002B011A" w:rsidRPr="00A96B08" w:rsidRDefault="00A96B08">
      <w:pPr>
        <w:rPr>
          <w:sz w:val="28"/>
          <w:szCs w:val="28"/>
        </w:rPr>
      </w:pPr>
      <w:proofErr w:type="spellStart"/>
      <w:r w:rsidRPr="00A96B08">
        <w:rPr>
          <w:b/>
          <w:sz w:val="28"/>
          <w:szCs w:val="28"/>
        </w:rPr>
        <w:t>Голова</w:t>
      </w:r>
      <w:proofErr w:type="spellEnd"/>
      <w:r w:rsidRPr="00A96B08">
        <w:rPr>
          <w:b/>
          <w:sz w:val="28"/>
          <w:szCs w:val="28"/>
        </w:rPr>
        <w:t xml:space="preserve"> </w:t>
      </w:r>
      <w:proofErr w:type="spellStart"/>
      <w:r w:rsidRPr="00A96B08">
        <w:rPr>
          <w:b/>
          <w:sz w:val="28"/>
          <w:szCs w:val="28"/>
        </w:rPr>
        <w:t>комісії</w:t>
      </w:r>
      <w:proofErr w:type="spellEnd"/>
      <w:r w:rsidRPr="00A96B08">
        <w:rPr>
          <w:b/>
          <w:sz w:val="28"/>
          <w:szCs w:val="28"/>
        </w:rPr>
        <w:t>:</w:t>
      </w:r>
    </w:p>
    <w:p w:rsidR="002B011A" w:rsidRPr="00A96B08" w:rsidRDefault="00A96B0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Ковальчук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Іванович</w:t>
      </w:r>
      <w:proofErr w:type="spellEnd"/>
      <w:r>
        <w:rPr>
          <w:sz w:val="28"/>
          <w:szCs w:val="28"/>
          <w:lang w:val="uk-UA"/>
        </w:rPr>
        <w:t xml:space="preserve">                                              </w:t>
      </w:r>
      <w:r w:rsidR="001D2847" w:rsidRPr="00A96B08">
        <w:rPr>
          <w:sz w:val="28"/>
          <w:szCs w:val="28"/>
          <w:lang w:val="uk-UA"/>
        </w:rPr>
        <w:t xml:space="preserve">фракція </w:t>
      </w:r>
      <w:r>
        <w:rPr>
          <w:sz w:val="28"/>
          <w:szCs w:val="28"/>
          <w:lang w:val="uk-UA"/>
        </w:rPr>
        <w:t>«</w:t>
      </w:r>
      <w:r w:rsidR="001D2847" w:rsidRPr="00A96B08">
        <w:rPr>
          <w:sz w:val="28"/>
          <w:szCs w:val="28"/>
          <w:lang w:val="uk-UA"/>
        </w:rPr>
        <w:t>СЛУГА НАРОДУ</w:t>
      </w:r>
      <w:r>
        <w:rPr>
          <w:sz w:val="28"/>
          <w:szCs w:val="28"/>
          <w:lang w:val="uk-UA"/>
        </w:rPr>
        <w:t>»</w:t>
      </w:r>
    </w:p>
    <w:p w:rsidR="002B011A" w:rsidRPr="00A96B08" w:rsidRDefault="00A96B08">
      <w:pPr>
        <w:rPr>
          <w:sz w:val="28"/>
          <w:szCs w:val="28"/>
        </w:rPr>
      </w:pPr>
      <w:r w:rsidRPr="00A96B08">
        <w:rPr>
          <w:b/>
          <w:sz w:val="28"/>
          <w:szCs w:val="28"/>
        </w:rPr>
        <w:t>Члени комісії:</w:t>
      </w:r>
    </w:p>
    <w:p w:rsidR="002B011A" w:rsidRPr="00A96B08" w:rsidRDefault="001D2847">
      <w:pPr>
        <w:rPr>
          <w:sz w:val="28"/>
          <w:szCs w:val="28"/>
        </w:rPr>
      </w:pPr>
      <w:r w:rsidRPr="00A96B08">
        <w:rPr>
          <w:sz w:val="28"/>
          <w:szCs w:val="28"/>
          <w:lang w:val="uk-UA"/>
        </w:rPr>
        <w:t xml:space="preserve">Тарасюк Олег Миколайович </w:t>
      </w:r>
      <w:r w:rsidR="00A96B08">
        <w:rPr>
          <w:sz w:val="28"/>
          <w:szCs w:val="28"/>
          <w:lang w:val="uk-UA"/>
        </w:rPr>
        <w:t xml:space="preserve">                                              </w:t>
      </w:r>
      <w:proofErr w:type="spellStart"/>
      <w:r w:rsidRPr="00A96B08">
        <w:rPr>
          <w:sz w:val="28"/>
          <w:szCs w:val="28"/>
        </w:rPr>
        <w:t>фракція</w:t>
      </w:r>
      <w:proofErr w:type="spellEnd"/>
      <w:r w:rsidRPr="00A96B08">
        <w:rPr>
          <w:sz w:val="28"/>
          <w:szCs w:val="28"/>
        </w:rPr>
        <w:t xml:space="preserve"> «</w:t>
      </w:r>
      <w:r w:rsidRPr="00A96B08">
        <w:rPr>
          <w:sz w:val="28"/>
          <w:szCs w:val="28"/>
          <w:lang w:val="uk-UA"/>
        </w:rPr>
        <w:t>ЗА МАЙБУТНЄ</w:t>
      </w:r>
      <w:r w:rsidR="00A96B08">
        <w:rPr>
          <w:sz w:val="28"/>
          <w:szCs w:val="28"/>
        </w:rPr>
        <w:t>»</w:t>
      </w:r>
    </w:p>
    <w:p w:rsidR="002B011A" w:rsidRPr="00A96B08" w:rsidRDefault="001D2847">
      <w:pPr>
        <w:rPr>
          <w:sz w:val="28"/>
          <w:szCs w:val="28"/>
        </w:rPr>
      </w:pPr>
      <w:proofErr w:type="spellStart"/>
      <w:r w:rsidRPr="00A96B08">
        <w:rPr>
          <w:sz w:val="28"/>
          <w:szCs w:val="28"/>
          <w:lang w:val="uk-UA"/>
        </w:rPr>
        <w:t>Козлюк</w:t>
      </w:r>
      <w:proofErr w:type="spellEnd"/>
      <w:r w:rsidRPr="00A96B08">
        <w:rPr>
          <w:sz w:val="28"/>
          <w:szCs w:val="28"/>
          <w:lang w:val="uk-UA"/>
        </w:rPr>
        <w:t xml:space="preserve"> Олександр Євгенович                     </w:t>
      </w:r>
      <w:r w:rsidR="00A96B08">
        <w:rPr>
          <w:sz w:val="28"/>
          <w:szCs w:val="28"/>
        </w:rPr>
        <w:t xml:space="preserve">         </w:t>
      </w:r>
      <w:r w:rsidR="00A96B08">
        <w:rPr>
          <w:sz w:val="28"/>
          <w:szCs w:val="28"/>
          <w:lang w:val="uk-UA"/>
        </w:rPr>
        <w:t xml:space="preserve">  </w:t>
      </w:r>
      <w:r w:rsidR="00A96B08">
        <w:rPr>
          <w:sz w:val="28"/>
          <w:szCs w:val="28"/>
        </w:rPr>
        <w:t xml:space="preserve">    </w:t>
      </w:r>
      <w:proofErr w:type="spellStart"/>
      <w:r w:rsidRPr="00A96B08">
        <w:rPr>
          <w:sz w:val="28"/>
          <w:szCs w:val="28"/>
        </w:rPr>
        <w:t>фракція</w:t>
      </w:r>
      <w:proofErr w:type="spellEnd"/>
      <w:r w:rsidRPr="00A96B08">
        <w:rPr>
          <w:sz w:val="28"/>
          <w:szCs w:val="28"/>
        </w:rPr>
        <w:t xml:space="preserve"> «</w:t>
      </w:r>
      <w:r w:rsidRPr="00A96B08">
        <w:rPr>
          <w:sz w:val="28"/>
          <w:szCs w:val="28"/>
          <w:lang w:val="uk-UA"/>
        </w:rPr>
        <w:t>ВО БАТЬКІВЩИНА</w:t>
      </w:r>
      <w:r w:rsidR="00A96B08">
        <w:rPr>
          <w:sz w:val="28"/>
          <w:szCs w:val="28"/>
        </w:rPr>
        <w:t>»</w:t>
      </w:r>
    </w:p>
    <w:p w:rsidR="002B011A" w:rsidRPr="00A96B08" w:rsidRDefault="001D2847">
      <w:pPr>
        <w:rPr>
          <w:sz w:val="28"/>
          <w:szCs w:val="28"/>
        </w:rPr>
      </w:pPr>
      <w:r w:rsidRPr="00A96B08">
        <w:rPr>
          <w:sz w:val="28"/>
          <w:szCs w:val="28"/>
          <w:lang w:val="uk-UA"/>
        </w:rPr>
        <w:t>Надточій Алла Володимирівна</w:t>
      </w:r>
      <w:r w:rsidR="00A96B08">
        <w:rPr>
          <w:sz w:val="28"/>
          <w:szCs w:val="28"/>
          <w:lang w:val="uk-UA"/>
        </w:rPr>
        <w:t xml:space="preserve">        </w:t>
      </w:r>
      <w:proofErr w:type="spellStart"/>
      <w:r w:rsidRPr="00A96B08">
        <w:rPr>
          <w:sz w:val="28"/>
          <w:szCs w:val="28"/>
        </w:rPr>
        <w:t>фракція</w:t>
      </w:r>
      <w:proofErr w:type="spellEnd"/>
      <w:r w:rsidRPr="00A96B08">
        <w:rPr>
          <w:sz w:val="28"/>
          <w:szCs w:val="28"/>
        </w:rPr>
        <w:t xml:space="preserve"> «</w:t>
      </w:r>
      <w:r w:rsidRPr="00A96B08">
        <w:rPr>
          <w:sz w:val="28"/>
          <w:szCs w:val="28"/>
          <w:lang w:val="uk-UA"/>
        </w:rPr>
        <w:t>ГРОМАДЯНСЬКИЙ РУХ СВІДОМІ</w:t>
      </w:r>
      <w:r w:rsidR="00A96B08">
        <w:rPr>
          <w:sz w:val="28"/>
          <w:szCs w:val="28"/>
        </w:rPr>
        <w:t>»</w:t>
      </w:r>
    </w:p>
    <w:p w:rsidR="002B011A" w:rsidRPr="00A96B08" w:rsidRDefault="001D2847" w:rsidP="00A96B08">
      <w:pPr>
        <w:spacing w:after="0"/>
        <w:rPr>
          <w:sz w:val="28"/>
          <w:szCs w:val="28"/>
        </w:rPr>
      </w:pPr>
      <w:proofErr w:type="spellStart"/>
      <w:r w:rsidRPr="00A96B08">
        <w:rPr>
          <w:sz w:val="28"/>
          <w:szCs w:val="28"/>
          <w:lang w:val="uk-UA"/>
        </w:rPr>
        <w:t>Пшибельський</w:t>
      </w:r>
      <w:proofErr w:type="spellEnd"/>
      <w:r w:rsidRPr="00A96B08">
        <w:rPr>
          <w:sz w:val="28"/>
          <w:szCs w:val="28"/>
          <w:lang w:val="uk-UA"/>
        </w:rPr>
        <w:t xml:space="preserve"> </w:t>
      </w:r>
      <w:r w:rsidR="00A96B08">
        <w:rPr>
          <w:sz w:val="28"/>
          <w:szCs w:val="28"/>
          <w:lang w:val="uk-UA"/>
        </w:rPr>
        <w:t xml:space="preserve">Володимир Володимирович                       </w:t>
      </w:r>
      <w:proofErr w:type="spellStart"/>
      <w:r w:rsidR="00A96B08">
        <w:rPr>
          <w:sz w:val="28"/>
          <w:szCs w:val="28"/>
        </w:rPr>
        <w:t>фракція</w:t>
      </w:r>
      <w:proofErr w:type="spellEnd"/>
      <w:r w:rsidRPr="00A96B08">
        <w:rPr>
          <w:sz w:val="28"/>
          <w:szCs w:val="28"/>
        </w:rPr>
        <w:t xml:space="preserve"> «</w:t>
      </w:r>
      <w:r w:rsidRPr="00A96B08">
        <w:rPr>
          <w:sz w:val="28"/>
          <w:szCs w:val="28"/>
          <w:lang w:val="uk-UA"/>
        </w:rPr>
        <w:t>ВО СВОБОДА</w:t>
      </w:r>
      <w:r w:rsidR="00A96B08">
        <w:rPr>
          <w:sz w:val="28"/>
          <w:szCs w:val="28"/>
        </w:rPr>
        <w:t>»</w:t>
      </w:r>
    </w:p>
    <w:p w:rsidR="00A96B08" w:rsidRDefault="00A96B08" w:rsidP="00A96B08">
      <w:pPr>
        <w:spacing w:after="0"/>
        <w:rPr>
          <w:sz w:val="28"/>
          <w:szCs w:val="28"/>
        </w:rPr>
      </w:pPr>
    </w:p>
    <w:p w:rsidR="00A96B08" w:rsidRDefault="00A96B08" w:rsidP="00A96B08">
      <w:pPr>
        <w:spacing w:after="0"/>
        <w:rPr>
          <w:sz w:val="28"/>
          <w:szCs w:val="28"/>
        </w:rPr>
      </w:pPr>
    </w:p>
    <w:p w:rsidR="00A96B08" w:rsidRDefault="00A96B08" w:rsidP="00A96B08">
      <w:pPr>
        <w:spacing w:after="0"/>
        <w:rPr>
          <w:sz w:val="28"/>
          <w:szCs w:val="28"/>
        </w:rPr>
      </w:pPr>
    </w:p>
    <w:p w:rsidR="002B011A" w:rsidRPr="00A96B08" w:rsidRDefault="00A96B08" w:rsidP="00A96B08">
      <w:pPr>
        <w:spacing w:after="0"/>
        <w:rPr>
          <w:sz w:val="28"/>
          <w:szCs w:val="28"/>
        </w:rPr>
      </w:pPr>
      <w:proofErr w:type="spellStart"/>
      <w:r w:rsidRPr="00A96B08">
        <w:rPr>
          <w:sz w:val="28"/>
          <w:szCs w:val="28"/>
        </w:rPr>
        <w:t>Секретар</w:t>
      </w:r>
      <w:proofErr w:type="spellEnd"/>
      <w:r w:rsidRPr="00A96B08">
        <w:rPr>
          <w:sz w:val="28"/>
          <w:szCs w:val="28"/>
        </w:rPr>
        <w:t xml:space="preserve"> </w:t>
      </w:r>
      <w:proofErr w:type="spellStart"/>
      <w:r w:rsidRPr="00A96B08">
        <w:rPr>
          <w:sz w:val="28"/>
          <w:szCs w:val="28"/>
        </w:rPr>
        <w:t>міської</w:t>
      </w:r>
      <w:proofErr w:type="spellEnd"/>
      <w:r w:rsidRPr="00A96B08">
        <w:rPr>
          <w:sz w:val="28"/>
          <w:szCs w:val="28"/>
        </w:rPr>
        <w:t xml:space="preserve"> </w:t>
      </w:r>
      <w:proofErr w:type="spellStart"/>
      <w:r w:rsidRPr="00A96B08">
        <w:rPr>
          <w:sz w:val="28"/>
          <w:szCs w:val="28"/>
        </w:rPr>
        <w:t>ради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proofErr w:type="spellStart"/>
      <w:r w:rsidRPr="00A96B08">
        <w:rPr>
          <w:sz w:val="28"/>
          <w:szCs w:val="28"/>
        </w:rPr>
        <w:t>Андрій</w:t>
      </w:r>
      <w:proofErr w:type="spellEnd"/>
      <w:r w:rsidRPr="00A96B08">
        <w:rPr>
          <w:sz w:val="28"/>
          <w:szCs w:val="28"/>
        </w:rPr>
        <w:t xml:space="preserve"> РАЗУМОВСЬКИЙ</w:t>
      </w:r>
    </w:p>
    <w:sectPr w:rsidR="002B011A" w:rsidRPr="00A96B08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2847"/>
    <w:rsid w:val="0029639D"/>
    <w:rsid w:val="002B011A"/>
    <w:rsid w:val="00326F90"/>
    <w:rsid w:val="00A96B08"/>
    <w:rsid w:val="00AA1D8D"/>
    <w:rsid w:val="00B47730"/>
    <w:rsid w:val="00CB0664"/>
    <w:rsid w:val="00E835D6"/>
    <w:rsid w:val="00E933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CAADBAA-F6F8-6443-B81A-A4119BDA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09401D-E579-42C3-9EB4-64073E19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Шеремета Олександр</cp:lastModifiedBy>
  <cp:revision>6</cp:revision>
  <dcterms:created xsi:type="dcterms:W3CDTF">2013-12-23T23:15:00Z</dcterms:created>
  <dcterms:modified xsi:type="dcterms:W3CDTF">2026-08-11T05:32:00Z</dcterms:modified>
  <cp:category/>
</cp:coreProperties>
</file>