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8FC35" w14:textId="24A09FD5" w:rsidR="00A05603" w:rsidRPr="0032116C" w:rsidRDefault="0032116C">
      <w:pPr>
        <w:keepNext/>
        <w:keepLines/>
        <w:spacing w:after="320"/>
        <w:ind w:left="5386"/>
        <w:rPr>
          <w:rFonts w:cs="Times New Roman"/>
          <w:szCs w:val="28"/>
        </w:rPr>
      </w:pPr>
      <w:r w:rsidRPr="0032116C">
        <w:rPr>
          <w:rFonts w:eastAsia="Times New Roman" w:cs="Times New Roman"/>
          <w:color w:val="000000"/>
          <w:szCs w:val="28"/>
          <w:lang w:val="uk-UA"/>
        </w:rPr>
        <w:t>Додаток</w:t>
      </w:r>
      <w:r w:rsidRPr="0032116C">
        <w:rPr>
          <w:rFonts w:eastAsia="Times New Roman" w:cs="Times New Roman"/>
          <w:color w:val="000000"/>
          <w:szCs w:val="28"/>
          <w:lang w:val="uk-UA"/>
        </w:rPr>
        <w:br/>
        <w:t>до рішення міської ради</w:t>
      </w:r>
      <w:r w:rsidRPr="0032116C">
        <w:rPr>
          <w:rFonts w:eastAsia="Times New Roman" w:cs="Times New Roman"/>
          <w:color w:val="000000"/>
          <w:szCs w:val="28"/>
          <w:lang w:val="uk-UA"/>
        </w:rPr>
        <w:br/>
        <w:t>від __________ № __________</w:t>
      </w:r>
    </w:p>
    <w:p w14:paraId="1249C311" w14:textId="77777777" w:rsidR="00200357" w:rsidRPr="0032116C" w:rsidRDefault="00200357">
      <w:pPr>
        <w:keepNext/>
        <w:keepLines/>
        <w:spacing w:after="200"/>
        <w:jc w:val="center"/>
        <w:rPr>
          <w:rFonts w:eastAsia="Times New Roman" w:cs="Times New Roman"/>
          <w:color w:val="000000"/>
          <w:szCs w:val="28"/>
          <w:lang w:val="uk-UA"/>
        </w:rPr>
      </w:pPr>
    </w:p>
    <w:p w14:paraId="73204DE0" w14:textId="18999851" w:rsidR="00A05603" w:rsidRPr="0032116C" w:rsidRDefault="0032116C">
      <w:pPr>
        <w:keepNext/>
        <w:keepLines/>
        <w:spacing w:after="200"/>
        <w:jc w:val="center"/>
        <w:rPr>
          <w:rFonts w:cs="Times New Roman"/>
          <w:szCs w:val="28"/>
        </w:rPr>
      </w:pPr>
      <w:r w:rsidRPr="0032116C">
        <w:rPr>
          <w:rFonts w:eastAsia="Times New Roman" w:cs="Times New Roman"/>
          <w:color w:val="000000"/>
          <w:szCs w:val="28"/>
          <w:lang w:val="uk-UA"/>
        </w:rPr>
        <w:t xml:space="preserve">Перелік елементів благоустрою </w:t>
      </w:r>
      <w:r w:rsidRPr="0032116C">
        <w:rPr>
          <w:rFonts w:eastAsia="Times New Roman" w:cs="Times New Roman"/>
          <w:color w:val="000000"/>
          <w:szCs w:val="28"/>
          <w:lang w:val="uk-UA"/>
        </w:rPr>
        <w:br/>
        <w:t>на вул. Чорновола В’ячеслава у м. Луцьку</w:t>
      </w:r>
      <w:r>
        <w:rPr>
          <w:rFonts w:eastAsia="Times New Roman" w:cs="Times New Roman"/>
          <w:color w:val="000000"/>
          <w:szCs w:val="28"/>
          <w:lang w:val="uk-UA"/>
        </w:rPr>
        <w:t>, що передаються</w:t>
      </w:r>
    </w:p>
    <w:tbl>
      <w:tblPr>
        <w:tblW w:w="935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5" w:type="dxa"/>
          <w:left w:w="70" w:type="dxa"/>
          <w:bottom w:w="45" w:type="dxa"/>
          <w:right w:w="70" w:type="dxa"/>
        </w:tblCellMar>
        <w:tblLook w:val="04A0" w:firstRow="1" w:lastRow="0" w:firstColumn="1" w:lastColumn="0" w:noHBand="0" w:noVBand="1"/>
      </w:tblPr>
      <w:tblGrid>
        <w:gridCol w:w="510"/>
        <w:gridCol w:w="4452"/>
        <w:gridCol w:w="992"/>
        <w:gridCol w:w="1417"/>
        <w:gridCol w:w="1983"/>
      </w:tblGrid>
      <w:tr w:rsidR="00A05603" w:rsidRPr="0032116C" w14:paraId="73DF8DF5" w14:textId="77777777" w:rsidTr="0032116C">
        <w:trPr>
          <w:cantSplit/>
          <w:tblHeader/>
          <w:jc w:val="center"/>
        </w:trPr>
        <w:tc>
          <w:tcPr>
            <w:tcW w:w="510" w:type="dxa"/>
            <w:vAlign w:val="center"/>
          </w:tcPr>
          <w:p w14:paraId="3958754C" w14:textId="77777777" w:rsidR="00A05603" w:rsidRPr="0032116C" w:rsidRDefault="0032116C">
            <w:pPr>
              <w:jc w:val="center"/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t>№</w:t>
            </w: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br/>
              <w:t>з/п</w:t>
            </w:r>
          </w:p>
        </w:tc>
        <w:tc>
          <w:tcPr>
            <w:tcW w:w="4452" w:type="dxa"/>
            <w:vAlign w:val="center"/>
          </w:tcPr>
          <w:p w14:paraId="1198C63E" w14:textId="77777777" w:rsidR="00A05603" w:rsidRPr="0032116C" w:rsidRDefault="0032116C">
            <w:pPr>
              <w:jc w:val="center"/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t>Найменування елементів</w:t>
            </w: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br/>
              <w:t>благоустрою</w:t>
            </w:r>
          </w:p>
        </w:tc>
        <w:tc>
          <w:tcPr>
            <w:tcW w:w="992" w:type="dxa"/>
            <w:vAlign w:val="center"/>
          </w:tcPr>
          <w:p w14:paraId="2CFA0600" w14:textId="77777777" w:rsidR="00A05603" w:rsidRPr="0032116C" w:rsidRDefault="0032116C">
            <w:pPr>
              <w:jc w:val="center"/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t>Од.</w:t>
            </w: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br/>
              <w:t>вим.</w:t>
            </w:r>
          </w:p>
        </w:tc>
        <w:tc>
          <w:tcPr>
            <w:tcW w:w="1417" w:type="dxa"/>
            <w:vAlign w:val="center"/>
          </w:tcPr>
          <w:p w14:paraId="0EC500CD" w14:textId="5C9857DF" w:rsidR="00A05603" w:rsidRPr="0032116C" w:rsidRDefault="0032116C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eastAsia="Times New Roman" w:cs="Times New Roman"/>
                <w:color w:val="000000"/>
                <w:szCs w:val="28"/>
                <w:lang w:val="uk-UA"/>
              </w:rPr>
              <w:t>Кількість</w:t>
            </w:r>
          </w:p>
        </w:tc>
        <w:tc>
          <w:tcPr>
            <w:tcW w:w="1983" w:type="dxa"/>
            <w:vAlign w:val="center"/>
          </w:tcPr>
          <w:p w14:paraId="36BC60EF" w14:textId="77777777" w:rsidR="00A05603" w:rsidRPr="0032116C" w:rsidRDefault="0032116C">
            <w:pPr>
              <w:jc w:val="center"/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t>Загальна вартість,</w:t>
            </w: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br/>
              <w:t>грн (без ПДВ)</w:t>
            </w:r>
          </w:p>
        </w:tc>
      </w:tr>
      <w:tr w:rsidR="00A05603" w:rsidRPr="0032116C" w14:paraId="54766861" w14:textId="77777777" w:rsidTr="0032116C">
        <w:trPr>
          <w:cantSplit/>
          <w:jc w:val="center"/>
        </w:trPr>
        <w:tc>
          <w:tcPr>
            <w:tcW w:w="510" w:type="dxa"/>
            <w:vAlign w:val="center"/>
          </w:tcPr>
          <w:p w14:paraId="6255E7BD" w14:textId="77777777" w:rsidR="00A05603" w:rsidRPr="001D088D" w:rsidRDefault="0032116C">
            <w:pPr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1D088D">
              <w:rPr>
                <w:rFonts w:eastAsia="Times New Roman" w:cs="Times New Roman"/>
                <w:color w:val="000000" w:themeColor="text1"/>
                <w:szCs w:val="28"/>
                <w:lang w:val="uk-UA"/>
              </w:rPr>
              <w:t>1</w:t>
            </w:r>
          </w:p>
        </w:tc>
        <w:tc>
          <w:tcPr>
            <w:tcW w:w="4452" w:type="dxa"/>
            <w:vAlign w:val="center"/>
          </w:tcPr>
          <w:p w14:paraId="14A821B1" w14:textId="4D2393B9" w:rsidR="00A05603" w:rsidRPr="001D088D" w:rsidRDefault="0032116C">
            <w:pPr>
              <w:rPr>
                <w:rFonts w:cs="Times New Roman"/>
                <w:color w:val="000000" w:themeColor="text1"/>
                <w:szCs w:val="28"/>
              </w:rPr>
            </w:pPr>
            <w:r w:rsidRPr="001D088D">
              <w:rPr>
                <w:rFonts w:eastAsia="Times New Roman" w:cs="Times New Roman"/>
                <w:color w:val="000000" w:themeColor="text1"/>
                <w:szCs w:val="28"/>
                <w:lang w:val="uk-UA"/>
              </w:rPr>
              <w:t>Місток залізобетонний (78,31 м²)</w:t>
            </w:r>
          </w:p>
        </w:tc>
        <w:tc>
          <w:tcPr>
            <w:tcW w:w="992" w:type="dxa"/>
            <w:vAlign w:val="center"/>
          </w:tcPr>
          <w:p w14:paraId="11214996" w14:textId="77777777" w:rsidR="00A05603" w:rsidRPr="001D088D" w:rsidRDefault="0032116C">
            <w:pPr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1D088D">
              <w:rPr>
                <w:rFonts w:eastAsia="Times New Roman" w:cs="Times New Roman"/>
                <w:color w:val="000000" w:themeColor="text1"/>
                <w:szCs w:val="28"/>
                <w:lang w:val="uk-UA"/>
              </w:rPr>
              <w:t>шт.</w:t>
            </w:r>
          </w:p>
        </w:tc>
        <w:tc>
          <w:tcPr>
            <w:tcW w:w="1417" w:type="dxa"/>
            <w:vAlign w:val="center"/>
          </w:tcPr>
          <w:p w14:paraId="4510C181" w14:textId="77777777" w:rsidR="00A05603" w:rsidRPr="001D088D" w:rsidRDefault="0032116C">
            <w:pPr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1D088D">
              <w:rPr>
                <w:rFonts w:eastAsia="Times New Roman" w:cs="Times New Roman"/>
                <w:color w:val="000000" w:themeColor="text1"/>
                <w:szCs w:val="28"/>
                <w:lang w:val="uk-UA"/>
              </w:rPr>
              <w:t>1</w:t>
            </w:r>
          </w:p>
        </w:tc>
        <w:tc>
          <w:tcPr>
            <w:tcW w:w="1983" w:type="dxa"/>
            <w:vAlign w:val="center"/>
          </w:tcPr>
          <w:p w14:paraId="2EDC4CAE" w14:textId="77777777" w:rsidR="00A05603" w:rsidRPr="001D088D" w:rsidRDefault="0032116C">
            <w:pPr>
              <w:jc w:val="right"/>
              <w:rPr>
                <w:rFonts w:cs="Times New Roman"/>
                <w:color w:val="000000" w:themeColor="text1"/>
                <w:szCs w:val="28"/>
              </w:rPr>
            </w:pPr>
            <w:r w:rsidRPr="001D088D">
              <w:rPr>
                <w:rFonts w:eastAsia="Times New Roman" w:cs="Times New Roman"/>
                <w:color w:val="000000" w:themeColor="text1"/>
                <w:szCs w:val="28"/>
                <w:lang w:val="uk-UA"/>
              </w:rPr>
              <w:t>1 423 697,84</w:t>
            </w:r>
          </w:p>
        </w:tc>
      </w:tr>
      <w:tr w:rsidR="00A05603" w:rsidRPr="0032116C" w14:paraId="2B2AB72C" w14:textId="77777777" w:rsidTr="0032116C">
        <w:trPr>
          <w:cantSplit/>
          <w:jc w:val="center"/>
        </w:trPr>
        <w:tc>
          <w:tcPr>
            <w:tcW w:w="510" w:type="dxa"/>
            <w:vAlign w:val="center"/>
          </w:tcPr>
          <w:p w14:paraId="5D8F41C7" w14:textId="77777777" w:rsidR="00A05603" w:rsidRPr="001D088D" w:rsidRDefault="0032116C">
            <w:pPr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1D088D">
              <w:rPr>
                <w:rFonts w:eastAsia="Times New Roman" w:cs="Times New Roman"/>
                <w:color w:val="000000" w:themeColor="text1"/>
                <w:szCs w:val="28"/>
                <w:lang w:val="uk-UA"/>
              </w:rPr>
              <w:t>2</w:t>
            </w:r>
          </w:p>
        </w:tc>
        <w:tc>
          <w:tcPr>
            <w:tcW w:w="4452" w:type="dxa"/>
            <w:vAlign w:val="center"/>
          </w:tcPr>
          <w:p w14:paraId="5BDB68C0" w14:textId="65607DEE" w:rsidR="00A05603" w:rsidRPr="001D088D" w:rsidRDefault="0032116C">
            <w:pPr>
              <w:rPr>
                <w:rFonts w:cs="Times New Roman"/>
                <w:color w:val="000000" w:themeColor="text1"/>
                <w:szCs w:val="28"/>
              </w:rPr>
            </w:pPr>
            <w:r w:rsidRPr="001D088D">
              <w:rPr>
                <w:rFonts w:eastAsia="Times New Roman" w:cs="Times New Roman"/>
                <w:color w:val="000000" w:themeColor="text1"/>
                <w:szCs w:val="28"/>
                <w:lang w:val="uk-UA"/>
              </w:rPr>
              <w:t>Місток металевий (38,12 м²)</w:t>
            </w:r>
          </w:p>
        </w:tc>
        <w:tc>
          <w:tcPr>
            <w:tcW w:w="992" w:type="dxa"/>
            <w:vAlign w:val="center"/>
          </w:tcPr>
          <w:p w14:paraId="0B4E7874" w14:textId="77777777" w:rsidR="00A05603" w:rsidRPr="001D088D" w:rsidRDefault="0032116C">
            <w:pPr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1D088D">
              <w:rPr>
                <w:rFonts w:eastAsia="Times New Roman" w:cs="Times New Roman"/>
                <w:color w:val="000000" w:themeColor="text1"/>
                <w:szCs w:val="28"/>
                <w:lang w:val="uk-UA"/>
              </w:rPr>
              <w:t>шт.</w:t>
            </w:r>
          </w:p>
        </w:tc>
        <w:tc>
          <w:tcPr>
            <w:tcW w:w="1417" w:type="dxa"/>
            <w:vAlign w:val="center"/>
          </w:tcPr>
          <w:p w14:paraId="5C6FA06D" w14:textId="77777777" w:rsidR="00A05603" w:rsidRPr="001D088D" w:rsidRDefault="0032116C">
            <w:pPr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1D088D">
              <w:rPr>
                <w:rFonts w:eastAsia="Times New Roman" w:cs="Times New Roman"/>
                <w:color w:val="000000" w:themeColor="text1"/>
                <w:szCs w:val="28"/>
                <w:lang w:val="uk-UA"/>
              </w:rPr>
              <w:t>1</w:t>
            </w:r>
          </w:p>
        </w:tc>
        <w:tc>
          <w:tcPr>
            <w:tcW w:w="1983" w:type="dxa"/>
            <w:vAlign w:val="center"/>
          </w:tcPr>
          <w:p w14:paraId="416A6ED5" w14:textId="77777777" w:rsidR="00A05603" w:rsidRPr="001D088D" w:rsidRDefault="0032116C">
            <w:pPr>
              <w:jc w:val="right"/>
              <w:rPr>
                <w:rFonts w:cs="Times New Roman"/>
                <w:color w:val="000000" w:themeColor="text1"/>
                <w:szCs w:val="28"/>
              </w:rPr>
            </w:pPr>
            <w:r w:rsidRPr="001D088D">
              <w:rPr>
                <w:rFonts w:eastAsia="Times New Roman" w:cs="Times New Roman"/>
                <w:color w:val="000000" w:themeColor="text1"/>
                <w:szCs w:val="28"/>
                <w:lang w:val="uk-UA"/>
              </w:rPr>
              <w:t>140 401,00</w:t>
            </w:r>
          </w:p>
        </w:tc>
      </w:tr>
      <w:tr w:rsidR="00A05603" w:rsidRPr="0032116C" w14:paraId="08D44861" w14:textId="77777777" w:rsidTr="0032116C">
        <w:trPr>
          <w:cantSplit/>
          <w:jc w:val="center"/>
        </w:trPr>
        <w:tc>
          <w:tcPr>
            <w:tcW w:w="510" w:type="dxa"/>
            <w:vAlign w:val="center"/>
          </w:tcPr>
          <w:p w14:paraId="20C1EC00" w14:textId="77777777" w:rsidR="00A05603" w:rsidRPr="0032116C" w:rsidRDefault="0032116C">
            <w:pPr>
              <w:jc w:val="center"/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t>3</w:t>
            </w:r>
          </w:p>
        </w:tc>
        <w:tc>
          <w:tcPr>
            <w:tcW w:w="4452" w:type="dxa"/>
            <w:vAlign w:val="center"/>
          </w:tcPr>
          <w:p w14:paraId="4A878DBF" w14:textId="4998E2CB" w:rsidR="00A05603" w:rsidRPr="0032116C" w:rsidRDefault="00200357">
            <w:pPr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t>Майданчик для дозвілля (65 м²)</w:t>
            </w:r>
          </w:p>
        </w:tc>
        <w:tc>
          <w:tcPr>
            <w:tcW w:w="992" w:type="dxa"/>
            <w:vAlign w:val="center"/>
          </w:tcPr>
          <w:p w14:paraId="4D55B8BE" w14:textId="66ECDF06" w:rsidR="00A05603" w:rsidRPr="0032116C" w:rsidRDefault="00200357">
            <w:pPr>
              <w:jc w:val="center"/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t>шт.</w:t>
            </w:r>
          </w:p>
        </w:tc>
        <w:tc>
          <w:tcPr>
            <w:tcW w:w="1417" w:type="dxa"/>
            <w:vAlign w:val="center"/>
          </w:tcPr>
          <w:p w14:paraId="6C9D417D" w14:textId="11FB2E30" w:rsidR="00A05603" w:rsidRPr="0032116C" w:rsidRDefault="00200357">
            <w:pPr>
              <w:jc w:val="center"/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t>1</w:t>
            </w:r>
          </w:p>
        </w:tc>
        <w:tc>
          <w:tcPr>
            <w:tcW w:w="1983" w:type="dxa"/>
            <w:vAlign w:val="center"/>
          </w:tcPr>
          <w:p w14:paraId="67E64AE6" w14:textId="77777777" w:rsidR="00A05603" w:rsidRPr="0032116C" w:rsidRDefault="0032116C">
            <w:pPr>
              <w:jc w:val="right"/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t>36 841,00</w:t>
            </w:r>
          </w:p>
        </w:tc>
      </w:tr>
      <w:tr w:rsidR="00A05603" w:rsidRPr="0032116C" w14:paraId="407C283A" w14:textId="77777777" w:rsidTr="0032116C">
        <w:trPr>
          <w:cantSplit/>
          <w:jc w:val="center"/>
        </w:trPr>
        <w:tc>
          <w:tcPr>
            <w:tcW w:w="510" w:type="dxa"/>
            <w:vAlign w:val="center"/>
          </w:tcPr>
          <w:p w14:paraId="52E95727" w14:textId="77777777" w:rsidR="00A05603" w:rsidRPr="0032116C" w:rsidRDefault="0032116C">
            <w:pPr>
              <w:jc w:val="center"/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t>4</w:t>
            </w:r>
          </w:p>
        </w:tc>
        <w:tc>
          <w:tcPr>
            <w:tcW w:w="4452" w:type="dxa"/>
            <w:vAlign w:val="center"/>
          </w:tcPr>
          <w:p w14:paraId="5CC1498F" w14:textId="77777777" w:rsidR="00A05603" w:rsidRPr="0032116C" w:rsidRDefault="0032116C">
            <w:pPr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t>Піраміда канатна восьмигранна, Н = 6000 мм</w:t>
            </w:r>
          </w:p>
        </w:tc>
        <w:tc>
          <w:tcPr>
            <w:tcW w:w="992" w:type="dxa"/>
            <w:vAlign w:val="center"/>
          </w:tcPr>
          <w:p w14:paraId="7E2FDD58" w14:textId="77777777" w:rsidR="00A05603" w:rsidRPr="0032116C" w:rsidRDefault="0032116C">
            <w:pPr>
              <w:jc w:val="center"/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t>шт.</w:t>
            </w:r>
          </w:p>
        </w:tc>
        <w:tc>
          <w:tcPr>
            <w:tcW w:w="1417" w:type="dxa"/>
            <w:vAlign w:val="center"/>
          </w:tcPr>
          <w:p w14:paraId="0D4B767A" w14:textId="77777777" w:rsidR="00A05603" w:rsidRPr="0032116C" w:rsidRDefault="0032116C">
            <w:pPr>
              <w:jc w:val="center"/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t>1</w:t>
            </w:r>
          </w:p>
        </w:tc>
        <w:tc>
          <w:tcPr>
            <w:tcW w:w="1983" w:type="dxa"/>
            <w:vAlign w:val="center"/>
          </w:tcPr>
          <w:p w14:paraId="230CE364" w14:textId="77777777" w:rsidR="00A05603" w:rsidRPr="0032116C" w:rsidRDefault="0032116C">
            <w:pPr>
              <w:jc w:val="right"/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t>227 300,00</w:t>
            </w:r>
          </w:p>
        </w:tc>
      </w:tr>
      <w:tr w:rsidR="00A05603" w:rsidRPr="0032116C" w14:paraId="4B10350A" w14:textId="77777777" w:rsidTr="0032116C">
        <w:trPr>
          <w:cantSplit/>
          <w:jc w:val="center"/>
        </w:trPr>
        <w:tc>
          <w:tcPr>
            <w:tcW w:w="510" w:type="dxa"/>
            <w:vAlign w:val="center"/>
          </w:tcPr>
          <w:p w14:paraId="76201C0C" w14:textId="77777777" w:rsidR="00A05603" w:rsidRPr="0032116C" w:rsidRDefault="0032116C">
            <w:pPr>
              <w:jc w:val="center"/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t>5</w:t>
            </w:r>
          </w:p>
        </w:tc>
        <w:tc>
          <w:tcPr>
            <w:tcW w:w="4452" w:type="dxa"/>
            <w:vAlign w:val="center"/>
          </w:tcPr>
          <w:p w14:paraId="48E0F68A" w14:textId="77777777" w:rsidR="00A05603" w:rsidRPr="0032116C" w:rsidRDefault="0032116C">
            <w:pPr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t>Майданчик для вигулу тварин (139,75 м²)</w:t>
            </w:r>
          </w:p>
        </w:tc>
        <w:tc>
          <w:tcPr>
            <w:tcW w:w="992" w:type="dxa"/>
            <w:vAlign w:val="center"/>
          </w:tcPr>
          <w:p w14:paraId="795EE179" w14:textId="77777777" w:rsidR="00A05603" w:rsidRPr="0032116C" w:rsidRDefault="0032116C">
            <w:pPr>
              <w:jc w:val="center"/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t>шт.</w:t>
            </w:r>
          </w:p>
        </w:tc>
        <w:tc>
          <w:tcPr>
            <w:tcW w:w="1417" w:type="dxa"/>
            <w:vAlign w:val="center"/>
          </w:tcPr>
          <w:p w14:paraId="47FCDAE3" w14:textId="77777777" w:rsidR="00A05603" w:rsidRPr="0032116C" w:rsidRDefault="0032116C">
            <w:pPr>
              <w:jc w:val="center"/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t>1</w:t>
            </w:r>
          </w:p>
        </w:tc>
        <w:tc>
          <w:tcPr>
            <w:tcW w:w="1983" w:type="dxa"/>
            <w:vAlign w:val="center"/>
          </w:tcPr>
          <w:p w14:paraId="4A662116" w14:textId="77777777" w:rsidR="00A05603" w:rsidRPr="0032116C" w:rsidRDefault="0032116C">
            <w:pPr>
              <w:jc w:val="right"/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t>34 642,00</w:t>
            </w:r>
          </w:p>
        </w:tc>
      </w:tr>
      <w:tr w:rsidR="00A05603" w:rsidRPr="0032116C" w14:paraId="49815CE0" w14:textId="77777777" w:rsidTr="0032116C">
        <w:trPr>
          <w:cantSplit/>
          <w:jc w:val="center"/>
        </w:trPr>
        <w:tc>
          <w:tcPr>
            <w:tcW w:w="510" w:type="dxa"/>
            <w:vAlign w:val="center"/>
          </w:tcPr>
          <w:p w14:paraId="47CF97A0" w14:textId="77777777" w:rsidR="00A05603" w:rsidRPr="0032116C" w:rsidRDefault="0032116C">
            <w:pPr>
              <w:jc w:val="center"/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t>6</w:t>
            </w:r>
          </w:p>
        </w:tc>
        <w:tc>
          <w:tcPr>
            <w:tcW w:w="4452" w:type="dxa"/>
            <w:vAlign w:val="center"/>
          </w:tcPr>
          <w:p w14:paraId="01F8AA8C" w14:textId="24B25F7B" w:rsidR="00A05603" w:rsidRPr="0032116C" w:rsidRDefault="00013936">
            <w:pPr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t>Прогулянковий майданчик (51 м²)</w:t>
            </w:r>
          </w:p>
        </w:tc>
        <w:tc>
          <w:tcPr>
            <w:tcW w:w="992" w:type="dxa"/>
            <w:vAlign w:val="center"/>
          </w:tcPr>
          <w:p w14:paraId="3BB37308" w14:textId="77777777" w:rsidR="00A05603" w:rsidRPr="0032116C" w:rsidRDefault="0032116C">
            <w:pPr>
              <w:jc w:val="center"/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t>шт.</w:t>
            </w:r>
          </w:p>
        </w:tc>
        <w:tc>
          <w:tcPr>
            <w:tcW w:w="1417" w:type="dxa"/>
            <w:vAlign w:val="center"/>
          </w:tcPr>
          <w:p w14:paraId="6E50E042" w14:textId="77777777" w:rsidR="00A05603" w:rsidRPr="0032116C" w:rsidRDefault="0032116C">
            <w:pPr>
              <w:jc w:val="center"/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t>1</w:t>
            </w:r>
          </w:p>
        </w:tc>
        <w:tc>
          <w:tcPr>
            <w:tcW w:w="1983" w:type="dxa"/>
            <w:vAlign w:val="center"/>
          </w:tcPr>
          <w:p w14:paraId="2FB83977" w14:textId="77777777" w:rsidR="00A05603" w:rsidRPr="0032116C" w:rsidRDefault="0032116C">
            <w:pPr>
              <w:jc w:val="right"/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t>212 704,00</w:t>
            </w:r>
          </w:p>
        </w:tc>
      </w:tr>
      <w:tr w:rsidR="00A05603" w:rsidRPr="0032116C" w14:paraId="66CD1B6C" w14:textId="77777777" w:rsidTr="0032116C">
        <w:trPr>
          <w:cantSplit/>
          <w:jc w:val="center"/>
        </w:trPr>
        <w:tc>
          <w:tcPr>
            <w:tcW w:w="510" w:type="dxa"/>
            <w:vAlign w:val="center"/>
          </w:tcPr>
          <w:p w14:paraId="02D4E4A1" w14:textId="77777777" w:rsidR="00A05603" w:rsidRPr="0032116C" w:rsidRDefault="0032116C">
            <w:pPr>
              <w:jc w:val="center"/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t>7</w:t>
            </w:r>
          </w:p>
        </w:tc>
        <w:tc>
          <w:tcPr>
            <w:tcW w:w="4452" w:type="dxa"/>
            <w:vAlign w:val="center"/>
          </w:tcPr>
          <w:p w14:paraId="3C53B381" w14:textId="77777777" w:rsidR="00A05603" w:rsidRPr="0032116C" w:rsidRDefault="0032116C">
            <w:pPr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t>Лавка паркова</w:t>
            </w:r>
          </w:p>
        </w:tc>
        <w:tc>
          <w:tcPr>
            <w:tcW w:w="992" w:type="dxa"/>
            <w:vAlign w:val="center"/>
          </w:tcPr>
          <w:p w14:paraId="721A2C7C" w14:textId="77777777" w:rsidR="00A05603" w:rsidRPr="0032116C" w:rsidRDefault="0032116C">
            <w:pPr>
              <w:jc w:val="center"/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t>шт.</w:t>
            </w:r>
          </w:p>
        </w:tc>
        <w:tc>
          <w:tcPr>
            <w:tcW w:w="1417" w:type="dxa"/>
            <w:vAlign w:val="center"/>
          </w:tcPr>
          <w:p w14:paraId="712992F8" w14:textId="77777777" w:rsidR="00A05603" w:rsidRPr="0032116C" w:rsidRDefault="0032116C">
            <w:pPr>
              <w:jc w:val="center"/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t>12</w:t>
            </w:r>
          </w:p>
        </w:tc>
        <w:tc>
          <w:tcPr>
            <w:tcW w:w="1983" w:type="dxa"/>
            <w:vAlign w:val="center"/>
          </w:tcPr>
          <w:p w14:paraId="62F83318" w14:textId="77777777" w:rsidR="00A05603" w:rsidRPr="0032116C" w:rsidRDefault="0032116C">
            <w:pPr>
              <w:jc w:val="right"/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t>26 467,00</w:t>
            </w:r>
          </w:p>
        </w:tc>
      </w:tr>
      <w:tr w:rsidR="00A05603" w:rsidRPr="0032116C" w14:paraId="2C89DD07" w14:textId="77777777" w:rsidTr="0032116C">
        <w:trPr>
          <w:cantSplit/>
          <w:jc w:val="center"/>
        </w:trPr>
        <w:tc>
          <w:tcPr>
            <w:tcW w:w="510" w:type="dxa"/>
            <w:vAlign w:val="center"/>
          </w:tcPr>
          <w:p w14:paraId="65A1FA2A" w14:textId="77777777" w:rsidR="00A05603" w:rsidRPr="0032116C" w:rsidRDefault="0032116C">
            <w:pPr>
              <w:jc w:val="center"/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t>8</w:t>
            </w:r>
          </w:p>
        </w:tc>
        <w:tc>
          <w:tcPr>
            <w:tcW w:w="4452" w:type="dxa"/>
            <w:vAlign w:val="center"/>
          </w:tcPr>
          <w:p w14:paraId="120707BC" w14:textId="77777777" w:rsidR="00A05603" w:rsidRPr="0032116C" w:rsidRDefault="0032116C">
            <w:pPr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t>Смітники</w:t>
            </w:r>
          </w:p>
        </w:tc>
        <w:tc>
          <w:tcPr>
            <w:tcW w:w="992" w:type="dxa"/>
            <w:vAlign w:val="center"/>
          </w:tcPr>
          <w:p w14:paraId="32C06F0B" w14:textId="77777777" w:rsidR="00A05603" w:rsidRPr="0032116C" w:rsidRDefault="0032116C">
            <w:pPr>
              <w:jc w:val="center"/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t>шт.</w:t>
            </w:r>
          </w:p>
        </w:tc>
        <w:tc>
          <w:tcPr>
            <w:tcW w:w="1417" w:type="dxa"/>
            <w:vAlign w:val="center"/>
          </w:tcPr>
          <w:p w14:paraId="1B70D83C" w14:textId="77777777" w:rsidR="00A05603" w:rsidRPr="0032116C" w:rsidRDefault="0032116C">
            <w:pPr>
              <w:jc w:val="center"/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t>7</w:t>
            </w:r>
          </w:p>
        </w:tc>
        <w:tc>
          <w:tcPr>
            <w:tcW w:w="1983" w:type="dxa"/>
            <w:vAlign w:val="center"/>
          </w:tcPr>
          <w:p w14:paraId="5324241A" w14:textId="77777777" w:rsidR="00A05603" w:rsidRPr="0032116C" w:rsidRDefault="0032116C">
            <w:pPr>
              <w:jc w:val="right"/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t>5 950,00</w:t>
            </w:r>
          </w:p>
        </w:tc>
      </w:tr>
      <w:tr w:rsidR="00A05603" w:rsidRPr="0032116C" w14:paraId="726A8E73" w14:textId="77777777" w:rsidTr="0032116C">
        <w:trPr>
          <w:cantSplit/>
          <w:jc w:val="center"/>
        </w:trPr>
        <w:tc>
          <w:tcPr>
            <w:tcW w:w="510" w:type="dxa"/>
            <w:vAlign w:val="center"/>
          </w:tcPr>
          <w:p w14:paraId="3FF11861" w14:textId="77777777" w:rsidR="00A05603" w:rsidRPr="0032116C" w:rsidRDefault="0032116C">
            <w:pPr>
              <w:jc w:val="center"/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t>9</w:t>
            </w:r>
          </w:p>
        </w:tc>
        <w:tc>
          <w:tcPr>
            <w:tcW w:w="4452" w:type="dxa"/>
            <w:vAlign w:val="center"/>
          </w:tcPr>
          <w:p w14:paraId="1F411BFB" w14:textId="77777777" w:rsidR="00A05603" w:rsidRPr="0032116C" w:rsidRDefault="0032116C">
            <w:pPr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t>Пішохідна доріжка зі щебеню (836 м²)</w:t>
            </w:r>
          </w:p>
        </w:tc>
        <w:tc>
          <w:tcPr>
            <w:tcW w:w="992" w:type="dxa"/>
            <w:vAlign w:val="center"/>
          </w:tcPr>
          <w:p w14:paraId="1FDB1E63" w14:textId="77777777" w:rsidR="00A05603" w:rsidRPr="0032116C" w:rsidRDefault="0032116C">
            <w:pPr>
              <w:jc w:val="center"/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t>шт.</w:t>
            </w:r>
          </w:p>
        </w:tc>
        <w:tc>
          <w:tcPr>
            <w:tcW w:w="1417" w:type="dxa"/>
            <w:vAlign w:val="center"/>
          </w:tcPr>
          <w:p w14:paraId="34298A44" w14:textId="77777777" w:rsidR="00A05603" w:rsidRPr="0032116C" w:rsidRDefault="0032116C">
            <w:pPr>
              <w:jc w:val="center"/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t>1</w:t>
            </w:r>
          </w:p>
        </w:tc>
        <w:tc>
          <w:tcPr>
            <w:tcW w:w="1983" w:type="dxa"/>
            <w:vAlign w:val="center"/>
          </w:tcPr>
          <w:p w14:paraId="38AA256D" w14:textId="77777777" w:rsidR="00A05603" w:rsidRPr="0032116C" w:rsidRDefault="0032116C">
            <w:pPr>
              <w:jc w:val="right"/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t>149 545,00</w:t>
            </w:r>
          </w:p>
        </w:tc>
      </w:tr>
      <w:tr w:rsidR="00A05603" w:rsidRPr="0032116C" w14:paraId="41E18D0E" w14:textId="77777777" w:rsidTr="0032116C">
        <w:trPr>
          <w:cantSplit/>
          <w:jc w:val="center"/>
        </w:trPr>
        <w:tc>
          <w:tcPr>
            <w:tcW w:w="510" w:type="dxa"/>
            <w:vAlign w:val="center"/>
          </w:tcPr>
          <w:p w14:paraId="7CE7D965" w14:textId="77777777" w:rsidR="00A05603" w:rsidRPr="0032116C" w:rsidRDefault="0032116C">
            <w:pPr>
              <w:jc w:val="center"/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t>10</w:t>
            </w:r>
          </w:p>
        </w:tc>
        <w:tc>
          <w:tcPr>
            <w:tcW w:w="4452" w:type="dxa"/>
            <w:vAlign w:val="center"/>
          </w:tcPr>
          <w:p w14:paraId="658BEF33" w14:textId="77777777" w:rsidR="00A05603" w:rsidRPr="0032116C" w:rsidRDefault="0032116C">
            <w:pPr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t>Пішохідні доріжки з бруківки (2 120 м²)</w:t>
            </w:r>
          </w:p>
        </w:tc>
        <w:tc>
          <w:tcPr>
            <w:tcW w:w="992" w:type="dxa"/>
            <w:vAlign w:val="center"/>
          </w:tcPr>
          <w:p w14:paraId="44646CF1" w14:textId="6759AA91" w:rsidR="00A05603" w:rsidRPr="0032116C" w:rsidRDefault="001D088D">
            <w:pPr>
              <w:jc w:val="center"/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t>шт</w:t>
            </w:r>
            <w:r w:rsidR="0032116C"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t>.</w:t>
            </w:r>
          </w:p>
        </w:tc>
        <w:tc>
          <w:tcPr>
            <w:tcW w:w="1417" w:type="dxa"/>
            <w:vAlign w:val="center"/>
          </w:tcPr>
          <w:p w14:paraId="5BB4253A" w14:textId="77777777" w:rsidR="00A05603" w:rsidRPr="0032116C" w:rsidRDefault="0032116C">
            <w:pPr>
              <w:jc w:val="center"/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t>1</w:t>
            </w:r>
          </w:p>
        </w:tc>
        <w:tc>
          <w:tcPr>
            <w:tcW w:w="1983" w:type="dxa"/>
            <w:vAlign w:val="center"/>
          </w:tcPr>
          <w:p w14:paraId="29050D72" w14:textId="77777777" w:rsidR="00A05603" w:rsidRPr="0032116C" w:rsidRDefault="0032116C">
            <w:pPr>
              <w:jc w:val="right"/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t>244 500,00</w:t>
            </w:r>
          </w:p>
        </w:tc>
      </w:tr>
      <w:tr w:rsidR="00A05603" w:rsidRPr="0032116C" w14:paraId="22E9CE87" w14:textId="77777777" w:rsidTr="0032116C">
        <w:trPr>
          <w:cantSplit/>
          <w:jc w:val="center"/>
        </w:trPr>
        <w:tc>
          <w:tcPr>
            <w:tcW w:w="510" w:type="dxa"/>
            <w:vAlign w:val="center"/>
          </w:tcPr>
          <w:p w14:paraId="04ED263C" w14:textId="77777777" w:rsidR="00A05603" w:rsidRPr="0032116C" w:rsidRDefault="0032116C">
            <w:pPr>
              <w:jc w:val="center"/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t>11</w:t>
            </w:r>
          </w:p>
        </w:tc>
        <w:tc>
          <w:tcPr>
            <w:tcW w:w="4452" w:type="dxa"/>
            <w:vAlign w:val="center"/>
          </w:tcPr>
          <w:p w14:paraId="18E07E9A" w14:textId="57AB5A83" w:rsidR="00A05603" w:rsidRPr="0032116C" w:rsidRDefault="0032116C">
            <w:pPr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t>Зелені насадження</w:t>
            </w:r>
          </w:p>
        </w:tc>
        <w:tc>
          <w:tcPr>
            <w:tcW w:w="992" w:type="dxa"/>
            <w:vAlign w:val="center"/>
          </w:tcPr>
          <w:p w14:paraId="77659343" w14:textId="77777777" w:rsidR="00A05603" w:rsidRPr="0032116C" w:rsidRDefault="0032116C">
            <w:pPr>
              <w:jc w:val="center"/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t>шт.</w:t>
            </w:r>
          </w:p>
        </w:tc>
        <w:tc>
          <w:tcPr>
            <w:tcW w:w="1417" w:type="dxa"/>
            <w:vAlign w:val="center"/>
          </w:tcPr>
          <w:p w14:paraId="0ECF6FD2" w14:textId="77777777" w:rsidR="00A05603" w:rsidRPr="0032116C" w:rsidRDefault="0032116C">
            <w:pPr>
              <w:jc w:val="center"/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t>84</w:t>
            </w:r>
          </w:p>
        </w:tc>
        <w:tc>
          <w:tcPr>
            <w:tcW w:w="1983" w:type="dxa"/>
            <w:vAlign w:val="center"/>
          </w:tcPr>
          <w:p w14:paraId="47019624" w14:textId="77777777" w:rsidR="00A05603" w:rsidRPr="0032116C" w:rsidRDefault="0032116C">
            <w:pPr>
              <w:jc w:val="right"/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color w:val="000000"/>
                <w:szCs w:val="28"/>
                <w:lang w:val="uk-UA"/>
              </w:rPr>
              <w:t>45 350,00</w:t>
            </w:r>
          </w:p>
        </w:tc>
      </w:tr>
      <w:tr w:rsidR="00A05603" w:rsidRPr="0032116C" w14:paraId="611423D7" w14:textId="77777777" w:rsidTr="0032116C">
        <w:trPr>
          <w:cantSplit/>
          <w:jc w:val="center"/>
        </w:trPr>
        <w:tc>
          <w:tcPr>
            <w:tcW w:w="7371" w:type="dxa"/>
            <w:gridSpan w:val="4"/>
            <w:vAlign w:val="center"/>
          </w:tcPr>
          <w:p w14:paraId="7EA4D6A6" w14:textId="77777777" w:rsidR="00A05603" w:rsidRPr="0032116C" w:rsidRDefault="0032116C">
            <w:pPr>
              <w:jc w:val="center"/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b/>
                <w:color w:val="000000"/>
                <w:szCs w:val="28"/>
                <w:lang w:val="uk-UA"/>
              </w:rPr>
              <w:t>Усього</w:t>
            </w:r>
          </w:p>
        </w:tc>
        <w:tc>
          <w:tcPr>
            <w:tcW w:w="1983" w:type="dxa"/>
            <w:vAlign w:val="center"/>
          </w:tcPr>
          <w:p w14:paraId="14CB94B2" w14:textId="77777777" w:rsidR="00A05603" w:rsidRPr="0032116C" w:rsidRDefault="0032116C">
            <w:pPr>
              <w:jc w:val="right"/>
              <w:rPr>
                <w:rFonts w:cs="Times New Roman"/>
                <w:szCs w:val="28"/>
              </w:rPr>
            </w:pPr>
            <w:r w:rsidRPr="0032116C">
              <w:rPr>
                <w:rFonts w:eastAsia="Times New Roman" w:cs="Times New Roman"/>
                <w:b/>
                <w:color w:val="000000"/>
                <w:szCs w:val="28"/>
                <w:lang w:val="uk-UA"/>
              </w:rPr>
              <w:t>2 547 397,84</w:t>
            </w:r>
          </w:p>
        </w:tc>
      </w:tr>
    </w:tbl>
    <w:p w14:paraId="455E442D" w14:textId="77777777" w:rsidR="00200357" w:rsidRPr="0032116C" w:rsidRDefault="00200357">
      <w:pPr>
        <w:keepLines/>
        <w:tabs>
          <w:tab w:val="right" w:pos="9354"/>
        </w:tabs>
        <w:spacing w:before="420"/>
        <w:rPr>
          <w:rFonts w:eastAsia="Times New Roman" w:cs="Times New Roman"/>
          <w:color w:val="000000"/>
          <w:szCs w:val="28"/>
          <w:lang w:val="uk-UA"/>
        </w:rPr>
      </w:pPr>
    </w:p>
    <w:p w14:paraId="5CAFCB44" w14:textId="63BC2EDA" w:rsidR="00A05603" w:rsidRDefault="0032116C">
      <w:pPr>
        <w:keepLines/>
        <w:tabs>
          <w:tab w:val="right" w:pos="9354"/>
        </w:tabs>
        <w:spacing w:before="420"/>
      </w:pPr>
      <w:r w:rsidRPr="0032116C">
        <w:rPr>
          <w:rFonts w:eastAsia="Times New Roman" w:cs="Times New Roman"/>
          <w:color w:val="000000"/>
          <w:szCs w:val="28"/>
          <w:lang w:val="uk-UA"/>
        </w:rPr>
        <w:t>Секретар міської ради</w:t>
      </w:r>
      <w:r w:rsidRPr="0032116C">
        <w:rPr>
          <w:rFonts w:eastAsia="Times New Roman" w:cs="Times New Roman"/>
          <w:color w:val="000000"/>
          <w:szCs w:val="28"/>
          <w:lang w:val="uk-UA"/>
        </w:rPr>
        <w:tab/>
        <w:t>Андрій РАЗУМОВСЬКИЙ</w:t>
      </w:r>
    </w:p>
    <w:p w14:paraId="240AD576" w14:textId="77777777" w:rsidR="0032116C" w:rsidRDefault="0032116C">
      <w:pPr>
        <w:keepLines/>
        <w:spacing w:before="280"/>
        <w:rPr>
          <w:rFonts w:eastAsia="Times New Roman" w:cs="Times New Roman"/>
          <w:color w:val="000000"/>
          <w:sz w:val="20"/>
          <w:lang w:val="uk-UA"/>
        </w:rPr>
      </w:pPr>
    </w:p>
    <w:p w14:paraId="5F15D993" w14:textId="4C6A4A2A" w:rsidR="00A05603" w:rsidRDefault="0032116C">
      <w:pPr>
        <w:keepLines/>
        <w:spacing w:before="280"/>
      </w:pPr>
      <w:r>
        <w:rPr>
          <w:rFonts w:eastAsia="Times New Roman" w:cs="Times New Roman"/>
          <w:color w:val="000000"/>
          <w:sz w:val="20"/>
          <w:lang w:val="uk-UA"/>
        </w:rPr>
        <w:t>Гаврилюк Сергій 773 150</w:t>
      </w:r>
    </w:p>
    <w:sectPr w:rsidR="00A05603" w:rsidSect="00034616">
      <w:headerReference w:type="default" r:id="rId8"/>
      <w:pgSz w:w="11906" w:h="16838"/>
      <w:pgMar w:top="1134" w:right="567" w:bottom="1134" w:left="1984" w:header="113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43BE3" w14:textId="77777777" w:rsidR="001C4CDA" w:rsidRDefault="001C4CDA">
      <w:r>
        <w:separator/>
      </w:r>
    </w:p>
  </w:endnote>
  <w:endnote w:type="continuationSeparator" w:id="0">
    <w:p w14:paraId="7507C6B3" w14:textId="77777777" w:rsidR="001C4CDA" w:rsidRDefault="001C4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1EB8D" w14:textId="77777777" w:rsidR="001C4CDA" w:rsidRDefault="001C4CDA">
      <w:r>
        <w:separator/>
      </w:r>
    </w:p>
  </w:footnote>
  <w:footnote w:type="continuationSeparator" w:id="0">
    <w:p w14:paraId="04D2E486" w14:textId="77777777" w:rsidR="001C4CDA" w:rsidRDefault="001C4C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64D29" w14:textId="77777777" w:rsidR="00990E33" w:rsidRDefault="0032116C">
    <w:pPr>
      <w:pStyle w:val="a5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13964505">
    <w:abstractNumId w:val="8"/>
  </w:num>
  <w:num w:numId="2" w16cid:durableId="1954436140">
    <w:abstractNumId w:val="6"/>
  </w:num>
  <w:num w:numId="3" w16cid:durableId="920912173">
    <w:abstractNumId w:val="5"/>
  </w:num>
  <w:num w:numId="4" w16cid:durableId="103038948">
    <w:abstractNumId w:val="4"/>
  </w:num>
  <w:num w:numId="5" w16cid:durableId="1051687822">
    <w:abstractNumId w:val="7"/>
  </w:num>
  <w:num w:numId="6" w16cid:durableId="1027560867">
    <w:abstractNumId w:val="3"/>
  </w:num>
  <w:num w:numId="7" w16cid:durableId="753086553">
    <w:abstractNumId w:val="2"/>
  </w:num>
  <w:num w:numId="8" w16cid:durableId="1167943421">
    <w:abstractNumId w:val="1"/>
  </w:num>
  <w:num w:numId="9" w16cid:durableId="874468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3936"/>
    <w:rsid w:val="00034616"/>
    <w:rsid w:val="0006063C"/>
    <w:rsid w:val="0015074B"/>
    <w:rsid w:val="001C4CDA"/>
    <w:rsid w:val="001D088D"/>
    <w:rsid w:val="001E6432"/>
    <w:rsid w:val="00200357"/>
    <w:rsid w:val="0029639D"/>
    <w:rsid w:val="0032116C"/>
    <w:rsid w:val="00326F90"/>
    <w:rsid w:val="00443C2B"/>
    <w:rsid w:val="007B0075"/>
    <w:rsid w:val="00806B43"/>
    <w:rsid w:val="008A404D"/>
    <w:rsid w:val="00990E33"/>
    <w:rsid w:val="00A05603"/>
    <w:rsid w:val="00AA1D8D"/>
    <w:rsid w:val="00B47730"/>
    <w:rsid w:val="00BD75AE"/>
    <w:rsid w:val="00BF5DBA"/>
    <w:rsid w:val="00C30BA3"/>
    <w:rsid w:val="00C84288"/>
    <w:rsid w:val="00CB0664"/>
    <w:rsid w:val="00E147AA"/>
    <w:rsid w:val="00F318F6"/>
    <w:rsid w:val="00F5175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1029E2"/>
  <w14:defaultImageDpi w14:val="300"/>
  <w15:docId w15:val="{E5FB04AD-1BEB-4485-BFAD-4925E0B78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B97B0C3-4B25-44BF-970F-D9485EE76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2 — перелік елементів благоустрою ТзОВ «Казкова оселя» для ДЖКГ</dc:title>
  <dc:subject>Оновлений перелік за дорученням користувача; загальна вартість збережена</dc:subject>
  <dc:creator>Ілющик С.Р. - стажер</dc:creator>
  <cp:keywords/>
  <dc:description/>
  <cp:lastModifiedBy>Ілющик С.Р. - стажер</cp:lastModifiedBy>
  <cp:revision>6</cp:revision>
  <cp:lastPrinted>2026-09-10T13:43:00Z</cp:lastPrinted>
  <dcterms:created xsi:type="dcterms:W3CDTF">2026-09-10T13:33:00Z</dcterms:created>
  <dcterms:modified xsi:type="dcterms:W3CDTF">2026-09-11T07:58:00Z</dcterms:modified>
  <cp:category/>
</cp:coreProperties>
</file>